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varuje výrobcu GLP-1 pred nesprávnym hlásením úmrtí a mozgových príhod</w:t>
      </w:r>
    </w:p>
    <w:p>
      <w:r>
        <w:t>Zdroj: MedPage Today</w:t>
      </w:r>
    </w:p>
    <w:p>
      <w:r>
        <w:t>Publikované: Wed, 11 Mar 2026 17:11:00 -0400</w:t>
      </w:r>
    </w:p>
    <w:p/>
    <w:p>
      <w:pPr>
        <w:pStyle w:val="Heading1"/>
      </w:pPr>
      <w:r>
        <w:t>Súhrn</w:t>
      </w:r>
    </w:p>
    <w:p>
      <w:r>
        <w:t>FDA vydala varovný list spoločnosti Novo Nordisk za nesprávne hlásenie a nevyšetrovanie potenciálne závažných vedľajších účinkov jej populárnych liekov GLP-1.[5] List bol datovaný 5. marca a zverejnený v utorok. FDA uviedla tri úmrtia u pacientov, ktorí užívali tieto lieky, vrátane jedného samovraždy, ktoré spoločnosť nenahlásila včas.[5] Tieto prípady zahŕňali aj mozgové príhody. Novo Nordisk zlyhala v povinnosti hlásiť a vyšetrovať tieto incidenty podľa predpisov.[5] Varovanie prichádza v kontexte vysokého dopytu po GLP-1 liekoch na obezitu a diabetes.[1]</w:t>
      </w:r>
    </w:p>
    <w:p/>
    <w:p>
      <w:pPr>
        <w:jc w:val="center"/>
      </w:pPr>
      <w:r>
        <w:t>Vygenerované: 12.03.2026 00:01:15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