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Zbohom FAERS? FDA spúšťa novú kombinovanú databázu nežiaducich udalostí</w:t>
      </w:r>
    </w:p>
    <w:p>
      <w:r>
        <w:t>Zdroj: MedPage Today</w:t>
      </w:r>
    </w:p>
    <w:p>
      <w:r>
        <w:t>Publikované: Wed, 11 Mar 2026 17:41:24 -0400</w:t>
      </w:r>
    </w:p>
    <w:p/>
    <w:p>
      <w:pPr>
        <w:pStyle w:val="Heading1"/>
      </w:pPr>
      <w:r>
        <w:t>Súhrn</w:t>
      </w:r>
    </w:p>
    <w:p>
      <w:r>
        <w:t>FDA spustila nový systém hlásenia nežiaducich udalostí, ktorý zjednotí niekoľko existujúcich systémov na hlásenie rôznych typov nežiaducich udalostí. Agentúra to oznámila v stredu. Nový systém sa nazýva FDA Adverse. Tento systém nahrádza predchádzajúce oddelené databázy, vrátane FAERS. Cieľom je zjednodušiť proces hlásenia nežiaducich udalostí súvisiacich s liekmi a zdravotníckymi pomôckami. Zmeny prichádzajú v kontexte aktualizácií FDA pre rok 2026.</w:t>
      </w:r>
    </w:p>
    <w:p/>
    <w:p>
      <w:pPr>
        <w:jc w:val="center"/>
      </w:pPr>
      <w:r>
        <w:t>Vygenerované: 12.03.2026 00:00:45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