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Senátor GOP vyšetruje FDA kvôli odmietnutiu liekov na zriedkavé choroby</w:t>
      </w:r>
    </w:p>
    <w:p>
      <w:r>
        <w:t>Zdroj: STAT News</w:t>
      </w:r>
    </w:p>
    <w:p>
      <w:r>
        <w:t>Publikované: Tue, 10 Mar 2026 21:32:17 +0000</w:t>
      </w:r>
    </w:p>
    <w:p/>
    <w:p>
      <w:pPr>
        <w:pStyle w:val="Heading1"/>
      </w:pPr>
      <w:r>
        <w:t>Súhrn</w:t>
      </w:r>
    </w:p>
    <w:p>
      <w:r>
        <w:t>Senátor Ron Johnson, republikán z Wisconsinu, spustil vyšetrovanie odmietnutí liekov na zriedkavé choroby zo strany Úradu pre kontrolu potravín a liekov (FDA).[1][2][3] Žiada kompletné odpovede na podania (complete response letters), ktoré FDA poslala výrobcom liekov na ochorenia ako ataxiu, syndróm Sanfilippo, Huntingtonovu chorobu a Duchenneovu svalovú dystrofiu.[3][4] Johnson plánuje napísať listy agentúre s otázkami na dôvody odmietnutí a zvažuje vypočutie vysokých predstaviteľov FDA, vrátane komisára Martyho Makaryho, pred Stálou podvýborovou komisiou Senátu pre vyšetrovanie, ktorú vedie.[1][2][3] Povedal, že hovoril s komisárom Makarym o spôsobe, akým FDA zaobchádza s liečbou zriedkavých chorôb.[3] Johnson označil niektoré požiadavky FDA, ako sham surgery kontrolovaná fáza 3 skúšky pre génovú terapiu uniQure na Huntingtonovu chorobu, za byrokratickú hlúposť.[2] Je dlhoročným zástancom rozšírenia prístupu k experimentálnym terapiám pre pacientov so zriedkavými alebo terminálnymi ochoreniami.[2][5] V súvislosti s odmietnutím lieku troriluzolu od Biohaven na spinocerebelárnu ataxiu a stiahnutím žiadosti o ataluren (Translarna) od PTC Therapeutics na DMD vyjadril nespokojnosť.[4]</w:t>
      </w:r>
    </w:p>
    <w:p/>
    <w:p>
      <w:pPr>
        <w:jc w:val="center"/>
      </w:pPr>
      <w:r>
        <w:t>Vygenerované: 10.03.2026 23:00:36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