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Komisár pre zdravie v New Yorku varuje pred „kahrou verejného zdravia“ z politiky očkovania</w:t>
      </w:r>
    </w:p>
    <w:p>
      <w:r>
        <w:t>Zdroj: MedPage Today</w:t>
      </w:r>
    </w:p>
    <w:p>
      <w:r>
        <w:t>Publikované: Tue, 10 Mar 2026 13:32:50 -0400</w:t>
      </w:r>
    </w:p>
    <w:p/>
    <w:p>
      <w:pPr>
        <w:pStyle w:val="Heading1"/>
      </w:pPr>
      <w:r>
        <w:t>Súhrn</w:t>
      </w:r>
    </w:p>
    <w:p>
      <w:r>
        <w:t>Nový komisár pre zdravie New Yorku, Dr. Alister Martin, bol vymenovaný starostom Zohranom Mamdaním na čelo Úradu pre zdravie a duševné zdravie koncom januára.[1] V rozhovore uviedol, že jeho úlohou je riešiť krízu dostupnosti bývania a nerovnosti v zdravotníctve.[1] Zdôraznil, že pohotovostné oddelenia sú základňou verejných zdravotných výziev, ako sú predávkovania.[1] V súvislosti s ústupom federálneho vedenia na mestskej úrovni posilnia jasné verejné zdravotné usmernenia, vrátane vakcinačných odporúčaní a vzdelávania.[1] Úrad bude pokračovať v práci na rovnosti a pripraví sa na možné zásahy federálnej vlády do financií.[1] Plánujú koordinovať starostlivosť o stovky tisíc pacientov v klinikách, kde screening odhalí aj sociálne problémy, ako zlý bytový sektor.[1] Prvý deň v práci pripadol na snehovú búrku.[1]</w:t>
      </w:r>
    </w:p>
    <w:p/>
    <w:p>
      <w:pPr>
        <w:jc w:val="center"/>
      </w:pPr>
      <w:r>
        <w:t>Vygenerované: 10.03.2026 20:01:19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