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Cvičili sme v Dánsku a USA. Nie sú stavané pre rovnaký rozvrh Vax.</w:t>
      </w:r>
    </w:p>
    <w:p>
      <w:r>
        <w:t>Zdroj: MedPage Today</w:t>
      </w:r>
    </w:p>
    <w:p>
      <w:r>
        <w:t>Publikované: Tue, 10 Mar 2026 13:37:30 -0400</w:t>
      </w:r>
    </w:p>
    <w:p/>
    <w:p>
      <w:pPr>
        <w:pStyle w:val="Heading1"/>
      </w:pPr>
      <w:r>
        <w:t>Súhrn</w:t>
      </w:r>
    </w:p>
    <w:p>
      <w:r>
        <w:t>Dvaja pediatri pracovali v Dánsku aj v USA a považujú za nerozumné, aby CDC odporúčalo očkovaciu schému podobnú dánskej v USA. Dánska očkovacia schéma zahŕňa vakcíny proti 10 ochoreniam, zatiaľ čo americká proti 16 ochoreniam. V USA sa odporúča ročná vakcína proti chrípke pre všetky deti od 6 mesiacov do 18 rokov, čo predstavuje približne 17-18 dávok. Dánsko má populáciu približne 6 miliónov obyvateľov, porovnateľnú s populáciou štátu Maryland. Dánsko historicky toleruje vyššiu mieru ochorení, ako je ovčie kiahne, oproti USA. V USA sú zdravotnícke náklady vysoké a nie je tam bezplatná zdravotná starostlivosť ako v Dánsku. Ministerstvo zdravotníctva HHS plánuje prehodnotiť detskú očkovaciu schému podľa dánskeho modelu, s oznámením odloženým na rok 2026.[1][2]</w:t>
      </w:r>
    </w:p>
    <w:p/>
    <w:p>
      <w:pPr>
        <w:jc w:val="center"/>
      </w:pPr>
      <w:r>
        <w:t>Vygenerované: 10.03.2026 20:01:07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