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Donna Ockenden bude viesť vyšetrovanie pôrodných služieb v Leedse</w:t>
      </w:r>
    </w:p>
    <w:p>
      <w:r>
        <w:t>Zdroj: BMJ</w:t>
      </w:r>
    </w:p>
    <w:p>
      <w:r>
        <w:t>Publikované: 2026-03-10T08:51:04-07:00</w:t>
      </w:r>
    </w:p>
    <w:p/>
    <w:p>
      <w:pPr>
        <w:pStyle w:val="Heading1"/>
      </w:pPr>
      <w:r>
        <w:t>Súhrn</w:t>
      </w:r>
    </w:p>
    <w:p>
      <w:r>
        <w:t>Donna Ockenden, vedúca pôrodná asistentka, bude viesť nezávislý prehľad materských a neonatálnych služieb v Leeds Teaching Hospitals NHS Trust. Leeds je jedným zo 14 trustov, ktoré vláda vyšetruje v rámci rýchleho vyšetrovania systémových zlyhaní v materskej a neonatálnej starostlivosti. Oznámenie o vyšetrovaní viedlo k rezignácii výkonného riaditeľa komisie pre kvalitu starostlivosti Juliana Hartleyho, ktorý túto dôveru spravoval desaťročie. Tajomník zdravotníctva a sociálnej starostlivosti Wes Streeting vymenoval Ockenden a označil ju za vynikajúcu zástankyňu rodín, ktorých hlasy neboli vždy vypočuté. Skupina rodín osierotených detí vyzvala Streetinga, aby vymenoval Ockenden na preskúmanie prípadov v Leedse. Táto recenzia má poskytnúť odpovede v záujme všetkých zúčastnených.</w:t>
      </w:r>
    </w:p>
    <w:p/>
    <w:p>
      <w:pPr>
        <w:jc w:val="center"/>
      </w:pPr>
      <w:r>
        <w:t>Vygenerované: 10.03.2026 18:00:35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