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Doc rezignuje kvôli Epsteinovým väzbám; Oz hovorí, že počet zápisov do ACA je príliš vysoký; Liek na rakovinu odmietnutý</w:t>
      </w:r>
    </w:p>
    <w:p>
      <w:r>
        <w:t>Zdroj: MedPage Today</w:t>
      </w:r>
    </w:p>
    <w:p>
      <w:r>
        <w:t>Publikované: Tue, 10 Mar 2026 09:32:03 -0400</w:t>
      </w:r>
    </w:p>
    <w:p/>
    <w:p>
      <w:pPr>
        <w:pStyle w:val="Heading1"/>
      </w:pPr>
      <w:r>
        <w:t>Súhrn</w:t>
      </w:r>
    </w:p>
    <w:p>
      <w:r>
        <w:t>Bernard Kruger, MD, rezignoval zo svojej pozície po tom, ako zariadil členstvo v súkromnej pohotovosti pre odsúdeného sexuálneho delikventa Jeffreyho Epsteina a nemenované dievčatá. Správa pochádza z MedPage Today. Článok spomína aj vyjadrenie Oza, že počet zápisov do ACA je príliš vysoký. Tretím bodom je odmietnutie lieku na rakovinu. Niektoré odkazy v článku môžu vyžadovať registráciu alebo predplatné. Žiadne štatistiky ani čísla nie sú uvedené. Hlavné zistenia sa týkajú týchto troch udalostí v zdravotníctve.</w:t>
      </w:r>
    </w:p>
    <w:p/>
    <w:p>
      <w:pPr>
        <w:jc w:val="center"/>
      </w:pPr>
      <w:r>
        <w:t>Vygenerované: 10.03.2026 16:01:01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