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STAT+: Himsifikácia medicíny</w:t>
      </w:r>
    </w:p>
    <w:p>
      <w:r>
        <w:t>Zdroj: STAT News</w:t>
      </w:r>
    </w:p>
    <w:p>
      <w:r>
        <w:t>Publikované: Tue, 10 Mar 2026 08:30:00 +0000</w:t>
      </w:r>
    </w:p>
    <w:p/>
    <w:p>
      <w:pPr>
        <w:pStyle w:val="Heading1"/>
      </w:pPr>
      <w:r>
        <w:t>Súhrn</w:t>
      </w:r>
    </w:p>
    <w:p>
      <w:r>
        <w:t>Článok s názvom „Opinion: STAT+: The Himsification of medicine“ je stanovisko označené ako „STAT+: Himsifikácia medicíny“. Začína sa privítaním „Vitajte v Himsifikácii medicíny“. Neuvádza žiadne štatistiky, čísla ani hlavné zistenia štúdie. Obsahuje len úvodnú frázu bez ďalších overených faktov.</w:t>
      </w:r>
    </w:p>
    <w:p/>
    <w:p>
      <w:pPr>
        <w:jc w:val="center"/>
      </w:pPr>
      <w:r>
        <w:t>Vygenerované: 10.03.2026 10:00:40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