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Asociácia medzi novými zápalovými indexmi a osteoporózou u starších dospelých: dôkazy z veľkej multicentrickej štúdie v Číne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Štúdia skúmala vzťah medzi zápalovými markermi a osteoporózou u starších dospelých v Číne. Do výskumu bolo zaradených 3 625 účastníkov vo veku 60 rokov a viac, ktorí boli sledovaní v štyroch nemocniciach od januára 2023 do mája 2025. Výsledky ukázali, že zvýšené hodnoty zápalových indexov boli spojené s vyššou pravdepodobnosťou osteoporózy, pričom vzťah medzi zápalom a osteoporózou bol nelineárny. Spomedzi všetkých skúmaných indexov sa súhrnný index systémového zápalu (AISI) ukázal ako najsilnejší ukazovateľ osteoporózy s hodnotou OR = 1,63 (95 % CI: 1,49 – 1,78). Tieto zistenia boli konzistentné aj v ďalších analýzach a rôznych skupinách pacientov. Štúdia dospela k záveru, že AISI predstavuje nový, cenovo výhodný nástroj na včasnú identifikáciu osteoporózy v klinickej praxi.</w:t>
      </w:r>
    </w:p>
    <w:p/>
    <w:p>
      <w:pPr>
        <w:jc w:val="center"/>
      </w:pPr>
      <w:r>
        <w:t>Vygenerované: 10.03.2026 08:00:33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