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Rizikové skóre na predpovedanie fibrózy u dospelých Mexičanov: výsledky kohortovej štúdie zdravotníckych pracovníkov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Štúdia Health Workers Cohort Study sa zamerala na vývoj jednoduchého neinvazívneho skóre na predpovedanie fibrózy pečene u mexickej populácie.[3] Do výskumu bolo zahrnutých 295 účastníkov, ktorých fibróza bola hodnotená pomocou prechodnej elastografie (FibroScan).[3] Vyvinuté skóre rizika zahŕňalo klinické a biochemické premenné ako pohlavie, triglycerídy, glukózu, obvod pása, hypertenziu, cholesterol, BMI, enzým GGT a inzulín.[3] Nové skóre dosiahlo diagnostickú presnosť 81,1 % (95 % CI, 74,4–87,7) pri detekcii fibrózy.[3] V porovnaní s existujúcimi skóre fibrózy, ako je skóre BARD a pomer AST/ALT, preukázalo novo vyvinuté skóre vynikajúcu diagnostickú presnosť.[3] Ako neinvazívny nástroj môže uľahčiť včasnú identifikáciu fibrózy v primárnej starostlivosti a znížiť potrebu invazívnej biopsie pečene.[3] Autori však zdôrazňujú potrebu ďalšej validácie vo väčších a rôznorodejších populáciách.[3]</w:t>
      </w:r>
    </w:p>
    <w:p/>
    <w:p>
      <w:pPr>
        <w:jc w:val="center"/>
      </w:pPr>
      <w:r>
        <w:t>Vygenerované: 10.03.2026 07:46:45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