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a vyhodnotenie modelu predikcie elektrokardiogramu založeného na umelej inteligencii pre pacientov s núdzovou bolesťou na hrudníku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Štúdia vyvinula model umelej inteligencie na základe konvolučnej neurónovej siete s mechanizmom pozornosti kanála pre pacientov s akútnou bolesťou na hrudníku na pohotovosti. Zahŕňala 1188 pacientov z nemocnice Xiangya Central South University v marci 2024, s klinickými diagnózami z 12-zvodového EKG. Model dosiahol vynikajúcu schopnosť rozlišovať STEMI (AUC 0,986) a NSTEMI (AUC 0,916), s vysokou presnosťou, presnosťou, vybavením, F1-skóre a inferenčným časom 0,24 ± 0,08 s (p &lt; 0,001), kratším ako manuálna interpretácia kardiológmi. Pre nestabilnú angínu pectoris a disekciu aorty bol výkon suboptimálny s vysokou citlivosťou, ale nízkou presnosťou. Model umožňuje rýchlu a spoľahlivú detekciu STEMI a NSTEMI ako podporu klinického rozhodovania na pohotovosti. Rozpoznanie nestabilnej angíny a disekcie aorty je obmedzené nešpecifickými elektrofyziologickými znakmi.</w:t>
      </w:r>
    </w:p>
    <w:p/>
    <w:p>
      <w:pPr>
        <w:jc w:val="center"/>
      </w:pPr>
      <w:r>
        <w:t>Vygenerované: 10.03.2026 07:46:36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