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Predikcia refrakčnej chyby u adolescentov pomocou multimodálneho veľkého jazykového modelu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vyvinula multimodálny veľký jazykový model na predpovedanie refrakčnej chyby (dioptrií) u adolescentov vo veku 2 až 18 rokov pomocou snímok očného pozadia, klinických a demografických údajov. Model založený na Qwen2.5-VL bol trénovaný na 16 226 anotovaných záznamoch s cieľom predpovedať sférický ekvivalent (SE). Použilo sa kontrolované učenie a náhodné rozdelenie údajov, pričom výkon sa hodnotil pomocou strednej absolútnej chyby (MAE), strednej kvadratickej chyby (RMSE), koeficientu determinácie (R²) a Pearsonovho korelačného koeficientu. Model dosiahol priemernú absolútnu chybu 0,647 dioptrií a silný prediktívny výkon vo väčšine refrakčných podskupín. Začlenenie multimodálnych údajov výrazne prekonalo jednomodálne modely. Vizualizačné analýzy potvrdili klinickú interpretovateľnosť a spoľahlivosť predpovedí. Model môže slúžiť ako neinvazívny nástroj na skorý skríning krátkozrakosti v klinických aj vzdialených podmienkach.</w:t>
      </w:r>
    </w:p>
    <w:p/>
    <w:p>
      <w:pPr>
        <w:jc w:val="center"/>
      </w:pPr>
      <w:r>
        <w:t>Vygenerované: 10.03.2026 07:02:10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