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Diagnostický význam dopplerovského ultrazvukového hodnotenia hemodynamických zmien hornej mezenterickej artérie pri akútnej hnisavej apendicitíde: integrovaná analýza systémového zápalu a oxidačného stresu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Štúdia hodnotila hemodynamické zmeny hornej mezenterickej artérie (SMA) u 103 pacientov s akútnou hnisavou apendicitídou (ASA) diagnostikovanou ultrazvukom a patológiou v rokoch 2015–2022 oproti 98 zdravým kontrolám. Merané parametre zahŕňali maximálnu systolickú rýchlosť (PSV), end-diastolickú rýchlosť (EDV), index rezistencie (RI) a systolicko/diastolický pomer (S/D). V skupine ASA boli PSV, RI a S/D významne vyššie (p &lt; 0,05): medián PSV 215,9 cm/s (IQR 169,1–233,7), RI 0,83 (IQR 0,79–0,85), S/D 5,8 (IQR 4,7–6,7); v kontrolách PSV 132,8 cm/s (IQR 118,1–155,0), RI 0,73 (IQR 0,69–0,77), S/D 3,7 (IQR 3,2–4,4). ROC analýza pre PSV ukázala optimálnu medznú hodnotu 157,5 cm/s s plochou pod krivkou (AUC) 0,89. Ultrazvukové meranie hemodynamiky SMA má významnú hodnotu pri diagnostike ASA, najmä keď je priame zobrazovanie apendixu obmedzené. Zvýšený PSV v SMA súvisí so systémovou zápalovou odpoveďou, oxidačným stresom a expresiou molekúl spojených s ferroptózou. Tento neinvazívny prístup pomáha pri včasnej diagnóze a klinickom rozhodovaní.</w:t>
      </w:r>
    </w:p>
    <w:p/>
    <w:p>
      <w:pPr>
        <w:jc w:val="center"/>
      </w:pPr>
      <w:r>
        <w:t>Vygenerované: 10.03.2026 07:01:39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