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Hutchinsonov príznak komplikovaný bilaterálnymi mnohopočetnými kraniálnymi neuropatiami a mozgovými infarktmi: kazuistika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Článok popisuje kazuistiku 61-ročného muža, u ktorého infekcia vírusom varicella-zoster (VZV) viedla k závažným komplikáciám. Klinické príznaky sa začali Hutchinsonovým príznakom, charakterizovaným léziami VZV na špičke, dorze a koreni nosa. Tento príznak je silným prediktorom očných komplikácií pri herpes zoster ophthalmicus (HZO). Príznaky progredovali do HZO, následne k viacerým bilaterálnym kraniálnym neuropatiám a akútnemu mozgovému infarktu. Vyvinula sa aj bilaterálna oftalmoplégia. Prítomnosť Hutchinsonovho príznaku silne koreluje s očnými komplikáciami HZO. Bilaterálne postihnutie hlavových nervov a mozgové infarkty naznačujú šírenie vírusu v centrálnom nervovom systéme.</w:t>
      </w:r>
    </w:p>
    <w:p/>
    <w:p>
      <w:pPr>
        <w:jc w:val="center"/>
      </w:pPr>
      <w:r>
        <w:t>Vygenerované: 10.03.2026 07:00:43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