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Bill Foege: Budovanie globálnych zdravotných koalícií so súcitom</w:t>
      </w:r>
    </w:p>
    <w:p>
      <w:r>
        <w:t>Zdroj: The Lancet</w:t>
      </w:r>
    </w:p>
    <w:p>
      <w:r>
        <w:t>Publikované: 2026-03-10T23:30:01Z</w:t>
      </w:r>
    </w:p>
    <w:p/>
    <w:p>
      <w:pPr>
        <w:pStyle w:val="Heading1"/>
      </w:pPr>
      <w:r>
        <w:t>Súhrn</w:t>
      </w:r>
    </w:p>
    <w:p>
      <w:r>
        <w:t>Americký epidemiológ William „Bill“ H. Foege (1936–2026) zomrel 24. januára 2026.[1][2] Bol mentorom pre mnohých oddaných globálnemu zdraviu a jeho smrť je príležitosťou osláviť súcit, silu vedeckého výskumu, húževnatosť a optimizmus.[z obsahu] David Heymann, profesor epidemiológie na London School of Hygiene &amp; Tropical Medicine, ho mal za prvého šéfa pri odstraňovaní kiahní v Indii v 70. rokoch 20. storočia a oceňuje jeho múdrosť, zmysel pre humor a oddanosť.[z obsahu] Foege vyvinul stratégiu „ring containment“, pri ktorej sa po identifikácii prípadu kiahní očkovalo okolie kontaktov, čo bolo kľúčové pre eradikáciu kiahní v roku 1980.[1][2] Pôsobil ako riaditeľ CDC od roku 1977 do 1983, spoluzakladateľ Task Force for Global Health a výkonný riaditeľ Carter Center od 1986 do 1992.[2] Prispel k programom na eradikáciu guiney-worm, riečne slepoty a malárie.[2]</w:t>
      </w:r>
    </w:p>
    <w:p/>
    <w:p>
      <w:pPr>
        <w:jc w:val="center"/>
      </w:pPr>
      <w:r>
        <w:t>Vygenerované: 20.03.2026 01:02:00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