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Najbezpečnejšie nemocnice v USA, podľa Healthgrades</w:t>
      </w:r>
    </w:p>
    <w:p>
      <w:r>
        <w:t>Zdroj: MedPage Today</w:t>
      </w:r>
    </w:p>
    <w:p>
      <w:r>
        <w:t>Publikované: Tue, 10 Mar 2026 17:18:44 -0400</w:t>
      </w:r>
    </w:p>
    <w:p/>
    <w:p>
      <w:pPr>
        <w:pStyle w:val="Heading1"/>
      </w:pPr>
      <w:r>
        <w:t>Súhrn</w:t>
      </w:r>
    </w:p>
    <w:p>
      <w:r>
        <w:t>Healthgrades vydal každoročný rebríček najbezpečnejších nemocníc v USA, ktorý zahŕňa 10 % najlepších nemocníc na celoštátnej úrovni z hľadiska bezpečnosti pacientov.[1][2] Tieto nemocnice majú najnižší výskyt 13 predvídateľných udalostí súvisiacich s bezpečnosťou pacientov.[1] Rebríček zostavili na základe hodnotenia klinického výkonu približne 4 500 nemocníc v oblasti viac ako 30 bežných stavov a procedúr.[2][3] Medzi America's 50 Best Hospitals patria napríklad Mayo Clinic Hospital v Arizone, Cedars-Sinai Medical Center v Kalifornii, AdventHealth Orlando na Floride či Mercy Health-Fairfield Hospital v Ohiu.[1][2] America's 250 Best Hospitals tvoria top 5 % nemocníc, vrátane Penn State Health Holy Spirit Medical Center.[3] Analýza ukázala, že ak by všetky nemocnice dosiahli výkonnosť top 250, dalo by sa počas obdobia 2022-2024 zachrániť priemerne 211 370 životov.[3] Zoznam obsahuje nemocnice z viacerých štátov, ako Kalifornia, Florida, Ohio či Pennsylvania.[1][2][4]</w:t>
      </w:r>
    </w:p>
    <w:p/>
    <w:p>
      <w:pPr>
        <w:jc w:val="center"/>
      </w:pPr>
      <w:r>
        <w:t>Vygenerované: 11.03.2026 00:00:44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