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Senátor, ktorý bude vyšetrovať odmietnutia FDA liekov na zriedkavé choroby</w:t>
      </w:r>
    </w:p>
    <w:p>
      <w:r>
        <w:t>Zdroj: MedPage Today</w:t>
      </w:r>
    </w:p>
    <w:p>
      <w:r>
        <w:t>Publikované: Tue, 10 Mar 2026 17:43:27 -0400</w:t>
      </w:r>
    </w:p>
    <w:p/>
    <w:p>
      <w:pPr>
        <w:pStyle w:val="Heading1"/>
      </w:pPr>
      <w:r>
        <w:t>Súhrn</w:t>
      </w:r>
    </w:p>
    <w:p>
      <w:r>
        <w:t>Senátor Ron Johnson (R-Wisc.) v utorok oznámil, že začne vyšetrovať, ako FDA spracováva žiadosti o schválenie biologických terapií na liečbu Duchennovej svalovej dystrofie (DMD) a iných zriedkavých život ohrozujúcich porúch. Vyšetrovanie sa zameria na odmietnutia FDA pri liekoch na tieto zriedkavé ochorenia. Správa pochádza z portálu MedPage Today. Článok neuvádza ďalšie špecifické štatistiky ani detaily o priebehu vyšetrovania.</w:t>
      </w:r>
    </w:p>
    <w:p/>
    <w:p>
      <w:pPr>
        <w:jc w:val="center"/>
      </w:pPr>
      <w:r>
        <w:t>Vygenerované: 11.03.2026 00:00:33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