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Biopsia sentinelovej uzliny zlepšuje prežitie pri melanóme, ukazuje metaanalýza</w:t>
      </w:r>
    </w:p>
    <w:p>
      <w:r>
        <w:t>Zdroj: MedPage Today</w:t>
      </w:r>
    </w:p>
    <w:p>
      <w:r>
        <w:t>Publikované: Mon, 09 Mar 2026 16:34:07 -0400</w:t>
      </w:r>
    </w:p>
    <w:p/>
    <w:p>
      <w:pPr>
        <w:pStyle w:val="Heading1"/>
      </w:pPr>
      <w:r>
        <w:t>Súhrn</w:t>
      </w:r>
    </w:p>
    <w:p>
      <w:r>
        <w:t>Biopsia sentinelovej uzliny (SNB) významne znížila riziko úmrtia na melanóm u pacientov s kočovým melanómom. V systematickom prehľade a metaanalýze 13 štúdií s viac ako 40 000 účastníkmi bol v hlavnej upravenenej analýze pooled hazard ratio (HR) 0,86 (95% CI 0,81–0,92; p&lt;0,0001) s nízkou heterogenitou (I²=16%). Riziko úmrtia na melanóm sa znížilo o 14 % a riziko recidívy o 29 %. Analýza 5-ročného prežitia špecifického pre melanóm v 5 štúdiách so 27 540 účastníkmi ukázala pooled HR 0,84 (95% CI 0,78–0,90; p&lt;0,0001) s I²=15%. Výsledky boli stabilné naprieč citlivostnými analýzami. Tieto zistenia podporujú SNB ako procedúru s terapeutickou hodnotou okrem štádiovania.[1]</w:t>
      </w:r>
    </w:p>
    <w:p/>
    <w:p>
      <w:pPr>
        <w:jc w:val="center"/>
      </w:pPr>
      <w:r>
        <w:t>Vygenerované: 09.03.2026 23:01:07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