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Črevný mikrobióm pri úniku kolorektálnej anastomózy: od mechanizmov k presnosti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Únik kolorektálnej anastomózy po operácii rakoviny hrubého čreva zostáva vážnou komplikáciou, ktorá zvyšuje mortalitu a zhoršuje výsledky liečby napriek pokroku v chirurgickej technike[1]. Nové poznatky ukazujú, že zlyhanie anastomózy nie je len technickým problémom, ale biologickým procesom, v ktorom črevný mikrobióm reguluje zápal, hojenie tkaniva a integritu črevnej bariéry[1]. Zdravý a rozmanitý črevný mikrobióm podporuje hojenie anastomózy prostredníctvom produkcie mastných kyselín s krátkym reťazcom a posilňovania imunitného systému[1]. Naopak, určité baktérie ako Enterococcus faecalis, Fusobacterium nucleatum a Alistipes onderdonkii spolu s hubovými a vírusovými zmenami sú spojené s poškodzovaním tkaniva a nadmerným zápalom[1]. Článok skúma biomarkery založené na črevnom mikrobióme, ktoré by mohli pomôcť predpovedať riziko úniku pred operáciou a krátko po nej[1]. Perioperačné stratégie zamerané na mikrobióm zahŕňajú zmeny v strave, suplementáciu baktérií, selektívnu dekontamináciu a transplantáciu fekálnej mikrobioty, hoci ich rutinné používanie v praxi je zatiaľ limitované[1]. Článok zdôrazňuje, že únik anastomózy by sa mal chápať ako interakcia medzi pacientom a jeho mikrobiómom, čo otvára nové možnosti prevencie tejto komplikácie[1].</w:t>
      </w:r>
    </w:p>
    <w:p/>
    <w:p>
      <w:pPr>
        <w:jc w:val="center"/>
      </w:pPr>
      <w:r>
        <w:t>Vygenerované: 09.03.2026 19:00:48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