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BMS získava schválenie FDA pre Sotyktu pri liečbe psoriatickej artritídy</w:t>
      </w:r>
    </w:p>
    <w:p>
      <w:r>
        <w:t>Zdroj: Pharmaceutical Technology</w:t>
      </w:r>
    </w:p>
    <w:p>
      <w:r>
        <w:t>Publikované: Mon, 09 Mar 2026 09:59:14 +0000</w:t>
      </w:r>
    </w:p>
    <w:p/>
    <w:p>
      <w:pPr>
        <w:pStyle w:val="Heading1"/>
      </w:pPr>
      <w:r>
        <w:t>Súhrn</w:t>
      </w:r>
    </w:p>
    <w:p>
      <w:r>
        <w:t>Spoločnosť Bristol Myers Squibb získala schválenie amerického FDA pre liek Sotyktu (deucravacitinib) na liečbu dospelých pacientov s aktívnou psoriatickou artritídou (PsA).[1][2][6] Ide o prvý selektívny orálny inhibítor TYK2 schválený pre túto indikáciu.[1][2][5] Schválenie vychádza z pozitívnych výsledkov z kľúčových štúdií fázy 3 POETYK PsA-1 a POETYK PsA-2, ktoré testovali Sotyktu v dávke 6 mg raz denne.[1][2][4] V oboch štúdiách pacienti liečení Sotyktu dosiahli významné zlepšenie aktivity ochorenia oproti placebu, merané primárnym cieľom ACR20 (aspoň 20 % zlepšenie príznakov) po 16 týždňoch.[1][2][4][5] Kľúčovým sekundárnym cieľom bola odpoveď Minimal Disease Activity (MDA).[1][2] Štúdia POETYK PsA-1 zahŕňala 670 pacientov bez predchádzajúcej biologickej liečby a POETYK PsA-2 730 pacientov, vrátane tých po TNF blokátoroch.[4] Sotyktu bol pôvodne schválený v roku 2022 na stredne ťažkú až ťažkú plakovú psoriázu u dospelých kandidátov na systémovú liečbu alebo fototerapiu.[1][7]</w:t>
      </w:r>
    </w:p>
    <w:p/>
    <w:p>
      <w:pPr>
        <w:jc w:val="center"/>
      </w:pPr>
      <w:r>
        <w:t>Vygenerované: 09.03.2026 12:01:12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