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Záchvatový liek Xenon Pharmaceuticals vykazuje silnú účinnosť v poslednom štádiu štúdie</w:t>
      </w:r>
    </w:p>
    <w:p>
      <w:r>
        <w:t>Zdroj: STAT News</w:t>
      </w:r>
    </w:p>
    <w:p>
      <w:r>
        <w:t>Publikované: Mon, 09 Mar 2026 11:00:00 +0000</w:t>
      </w:r>
    </w:p>
    <w:p/>
    <w:p>
      <w:pPr>
        <w:pStyle w:val="Heading1"/>
      </w:pPr>
      <w:r>
        <w:t>Súhrn</w:t>
      </w:r>
    </w:p>
    <w:p>
      <w:r>
        <w:t>Spoločnosť Xenon Pharmaceuticals oznámila výsledky poslednej fázy klinickej štúdie svojho lieku na liečbu bežného typu záchvatovej poruchy. Liek výrazne znížil frekvenciu záchvatov u pacientov v porovnaní s placebom. Štúdia preukázala silnú účinnosť tohto záchvatového lieku. Výsledky potvrdzujú, že liečba je efektívna pri znížení počtu záchvatov. Tieto zistenia pochádzajú z pokročilej fázy skúšania.</w:t>
      </w:r>
    </w:p>
    <w:p/>
    <w:p>
      <w:pPr>
        <w:jc w:val="center"/>
      </w:pPr>
      <w:r>
        <w:t>Vygenerované: 09.03.2026 12:00:55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