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Ako pribúdajú kontroverzné rozhodnutia, FDA sa vyhýba verejným poradám</w:t>
      </w:r>
    </w:p>
    <w:p>
      <w:r>
        <w:t>Zdroj: STAT News</w:t>
      </w:r>
    </w:p>
    <w:p>
      <w:r>
        <w:t>Publikované: Mon, 09 Mar 2026 08:30:00 +0000</w:t>
      </w:r>
    </w:p>
    <w:p/>
    <w:p>
      <w:pPr>
        <w:pStyle w:val="Heading1"/>
      </w:pPr>
      <w:r>
        <w:t>Súhrn</w:t>
      </w:r>
    </w:p>
    <w:p>
      <w:r>
        <w:t>FDA obmedzuje stretnutia verejných poradných výborov. To sa deje napriek snahám verejnosti a ďalších zainteresovaných strán o väčšiu transparentnosť. Rozhodnutia FDA sú čoraz kontroverznejšie. Agentúra sa vyhýba verejným poradným stretnutiam. Tieto výbory slúžia na diskusiu o dôležitých rozhodnutiach. Obmedzenie stretnutí znižuje verejnú kontrolu nad procesom. Zainteresované strany žiadajú otvorenejšiu prax. FDA však pokračuje v tomto prístupe.</w:t>
      </w:r>
    </w:p>
    <w:p/>
    <w:p>
      <w:pPr>
        <w:jc w:val="center"/>
      </w:pPr>
      <w:r>
        <w:t>Vygenerované: 09.03.2026 10:00:41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