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PRAISE-H skúmajúca skutočné výzvy, ktorým čelia pacienti v reprodukčnom veku s reumatoidnou artritídou v Japonsku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PRAISE-H je celoštátny multicentrický prospektívny register pacientov v reprodukčnom veku s reumatoidnou artritídou (RA) v Japonsku, ktorý zachytáva výzvy v každodennom živote. Hodnotenia lekárov a výsledky hlásené pacientmi sa zhromažďujú dvakrát ročne prostredníctvom REDCap počas 5 rokov, s špecializovaným sledovaním počas tehotenstva a až 12 mesiacov po pôrode. K novembru 2024 bolo zaregistrovaných 100 pacientov (90 žien a 10 mužov), z čoho 77 pacientov (70 žien a 7 mužov) bolo sledovaných. Predbežné analýzy ukázali, že 62 % žien vyjadrilo súčasný alebo budúci zámer otehotnieť. Bola pozorovaná značná finančná toxicita, najmä u pacientov užívajúcich biologické antireumatické lieky modifikujúce ochorenie (bDMARD). Štúdia poskytuje pohľad na skúsenosti pacientov v reálnom prostredí nad rámec databázových výskumov. Zistenia môžu slúžiť ako zdroj klinických odporúčaní a iniciatív zdravotnej politiky na zlepšenie manažmentu RA u žien vo fertilnom veku. Hoci sa bDMARD považujú za životaschopné počas tehotenstva, ich finančné dôsledky vyžadujú ďalšie skúmanie.</w:t>
      </w:r>
    </w:p>
    <w:p/>
    <w:p>
      <w:pPr>
        <w:jc w:val="center"/>
      </w:pPr>
      <w:r>
        <w:t>Vygenerované: 09.03.2026 07:45:56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