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Individualizácia dávkovania izotretinoínu pri akné: porovnateľná 24-týždňová účinnosť a lepšia znášanlivosť pri nižších denných dávkach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porovnala nízke dávky izotretinoínu (≤ 0,5 mg/kg/deň) s konvenčnými dávkami (0,5–1,0 mg/kg/deň) pri liečbe akné. Analyzovali štyri randomizované kontrolované štúdie so 202 pacientmi, pričom primárnym výsledkom bola zmena skóre GAGS po 24 týždňoch. Po 24 týždňoch nebol významný rozdiel v účinnosti [MD = -1,87, 95 % CI (-4,38, 0,64); p = 0,15; I² = 85,67 %], heterogenita klesla po vylúčení jednej štúdie na I² = 44,97 % bez rozdielu [MD = -0,92, 95 % CI (-2,62, 0,77); p = 0,28]. Zhoršenie po liečbe sa nelíšilo [MD = 0,10, 95 % CI (-1,67, 1,86); p = 0,91; I² = 0 %]. Nízke dávky mali vyššiu spokojnosť pacientov [SMD = 0,99, 95 % CI (0,63, 1,34); p &lt; 0,001] a lepšiu znášanlivosť. Istota dôkazov je nízka pre účinnosť a mierna pre bezpečnosť a spokojnosť (GRADE). Štúdie sa zameriavali prevažne na stredne závažné akné bez súbežných intervencií.</w:t>
      </w:r>
    </w:p>
    <w:p/>
    <w:p>
      <w:pPr>
        <w:jc w:val="center"/>
      </w:pPr>
      <w:r>
        <w:t>Vygenerované: 09.03.2026 07:01:43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