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Primárna kožná nokardióza spôsobená Nocardia brasiliensis: izolácia, citlivosť a molekulárna identifikácia v ôsmich po sebe nasledujúcich prípadoch z terciárnej nemocnice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Primárna kožná nokardióza je infekčné onemocnenie spôsobené grampozitívnymi aeróbnymi baktériami rodu Nocardia, ktoré sa nachádzajú v pôde[2][5]. Infekcia vzniká priamou inokuláciou patogénov z pôdy do kože a podkožného tkaniva, čo vedie k lokalizovaným uzlovitým léziám[1]. Diagnostika tohto onemocnenia je náročná a často nie je možná pomocou konvenčných laboratórnych metód bez použitia špecializovanej techniky MALDI-TOF MS[1]. Štúdia retrospektívne analyzovala osem po sebe nasledujúcich prípadov primárnej kožnej nokardiózy diagnostikovanej na dermatologickom oddelení v rokoch 2022 až 2025[1]. Hlavným cieľom bolo poskytnúť diagnostické poznatky týkajúce sa kultúry, farbenia, hmotnostnej spektrometrie, sekvenovania 16S rRNA a testovania citlivosti na lieky[1]. Primárna kožná nokardióza predstavuje približne 5–8 % všetkých prípadov nokardiózy a môže sa prejavovať v štyroch klinických formách: povrchná infekcia kože, lymfokutánna infekcia, mycetóm alebo diseminovaná infekcia s kožným postihnutím[1].</w:t>
      </w:r>
    </w:p>
    <w:p/>
    <w:p>
      <w:pPr>
        <w:jc w:val="center"/>
      </w:pPr>
      <w:r>
        <w:t>Vygenerované: 09.03.2026 07:01:32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