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Populárne predtréningové doplnky spojené s nebezpečnou stratou spánku</w:t>
      </w:r>
    </w:p>
    <w:p>
      <w:r>
        <w:t>Zdroj: ScienceDaily Health</w:t>
      </w:r>
    </w:p>
    <w:p>
      <w:r>
        <w:t>Publikované: Mon, 09 Mar 2026 17:02:26 EDT</w:t>
      </w:r>
    </w:p>
    <w:p/>
    <w:p>
      <w:pPr>
        <w:pStyle w:val="Heading1"/>
      </w:pPr>
      <w:r>
        <w:t>Súhrn</w:t>
      </w:r>
    </w:p>
    <w:p>
      <w:r>
        <w:t>Predtréningové doplnky, ktoré majú zvýšiť energiu počas cvičenia, môžu výrazne znížiť kvalitu spánku. Štúdia na účastníkoch vo veku 16 až 30 rokov zistila, že používatelia týchto doplnkov mali viac ako dvakrát vyššiu pravdepodobnosť spať päť hodín alebo menej za noc. Mnohé z týchto produktov obsahujú vysoké dávky kofeínu a ďalších stimulantov, ktoré môžu v tele pôsobiť niekoľko hodín. Kofeín a stimulanty užité neskoro popoludní alebo večer môžu narušiť spánok, preto sa odporúča užívať predtréningové doplnky aspoň 4 až 6 hodín pred spaním.[1][7] Vedci upozorňujú, že tieto zistenia vyvolávajú obavy z potenciálneho vplyvu na zdravie a vývoj mladých ľudí. Kvalitný spánok je pritom kľúčový pre regeneráciu a obnovu energie, pričom sa odporúča spať 7 až 9 hodín denne.[1]</w:t>
      </w:r>
    </w:p>
    <w:p/>
    <w:p>
      <w:pPr>
        <w:jc w:val="center"/>
      </w:pPr>
      <w:r>
        <w:t>Vygenerované: 10.03.2026 00:00:43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