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Vedci našli prekvapivý spôsob, ako zlepšiť fungovanie cvičenia</w:t>
      </w:r>
    </w:p>
    <w:p>
      <w:r>
        <w:t>Zdroj: ScienceDaily Health</w:t>
      </w:r>
    </w:p>
    <w:p>
      <w:r>
        <w:t>Publikované: Mon, 09 Mar 2026 18:24:51 EDT</w:t>
      </w:r>
    </w:p>
    <w:p/>
    <w:p>
      <w:pPr>
        <w:pStyle w:val="Heading1"/>
      </w:pPr>
      <w:r>
        <w:t>Súhrn</w:t>
      </w:r>
    </w:p>
    <w:p>
      <w:r>
        <w:t>Cvičenie normálne zvyšuje schopnosť tela využívať kyslík, čo je kľúčový ukazovateľ zdravia a dlhovekosti. Vysoká hladina cukru v krvi však môže túto výhodu blokovať. Vedci zistili, že ketogénna diéta pomohla myšiam normalizovať hladinu cukru v krvi. Táto diéta dramaticky zlepšila reakciu svalov na cvičenie. Svaly myší lepšie využívali kyslík a vybudovali si viac vytrvalostných vlákien. Výsledky naznačujú, že diéta a cvičenie spolupracujú na zlepšení metabolického zdravia.</w:t>
      </w:r>
    </w:p>
    <w:p/>
    <w:p>
      <w:pPr>
        <w:jc w:val="center"/>
      </w:pPr>
      <w:r>
        <w:t>Vygenerované: 10.03.2026 00:00:33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