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5 lekcií z turbulentného pôsobenia Vinaya Prasada v FDA</w:t>
      </w:r>
    </w:p>
    <w:p>
      <w:r>
        <w:t>Zdroj: STAT News</w:t>
      </w:r>
    </w:p>
    <w:p>
      <w:r>
        <w:t>Publikované: Sun, 08 Mar 2026 15:10:03 +0000</w:t>
      </w:r>
    </w:p>
    <w:p/>
    <w:p>
      <w:pPr>
        <w:pStyle w:val="Heading1"/>
      </w:pPr>
      <w:r>
        <w:t>Súhrn</w:t>
      </w:r>
    </w:p>
    <w:p>
      <w:r>
        <w:t>Vinay Prasad, onkológ a profesor epidemiológie na University of California v San Franciscu, pôsobil ako riaditeľ Centra pre hodnotenie a výskum biologík (CBER) a hlavný medicínsky a vedecký dôstojník FDA. Do FDA nastúpil na ročný neplatený voľno z univerzity a odíde na konci apríla po turbulentnom pôsobaní plnom kontroverzií. V júli 2025 krátko odišiel a o 10 dní sa vrátil po spore o bezpečnosť génovej terapie Elevidys od Sarepta Therapeutics. Počas pôsobenia zrušil najmenej sedem lídrov, vrátane šéfa vakcinačnej bezpečnosti, čo viedlo k sťažnostiam na pomstu voči podriadeným a verbálne nadávanie zamestnancom. Pod jeho vedením FDA odmietla žiadosť Moderny o mRNA chrípkovú vakcínu mRNA-1010, neskôr po tlaku z Bieleho domu zmenenú, a odmietla bitopertin od Disc Medicine. Prasad zaviedol prísnejšie pravidlá pre schvaľovanie COVID-19 vakcín, obmedzené na osoby nad 65 rokov alebo s rizikovými faktormi, a skrátil požiadavky na klinické skúšky. Pomohol vytvoriť novú cestu pre individualizované lieky a program rýchleho preskúmania liekov s národnou prioritou.[1][2][3][4]</w:t>
      </w:r>
    </w:p>
    <w:p/>
    <w:p>
      <w:pPr>
        <w:jc w:val="center"/>
      </w:pPr>
      <w:r>
        <w:t>Vygenerované: 08.03.2026 17:00:37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