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165 000 pacientov s demenciou odhalilo skryté riziko mozgovej príhody z bežného lieku</w:t>
      </w:r>
    </w:p>
    <w:p>
      <w:r>
        <w:t>Zdroj: ScienceDaily Health</w:t>
      </w:r>
    </w:p>
    <w:p>
      <w:r>
        <w:t>Publikované: Sun, 08 Mar 2026 16:45:01 EDT</w:t>
      </w:r>
    </w:p>
    <w:p/>
    <w:p>
      <w:pPr>
        <w:pStyle w:val="Heading1"/>
      </w:pPr>
      <w:r>
        <w:t>Súhrn</w:t>
      </w:r>
    </w:p>
    <w:p>
      <w:r>
        <w:t>Rozsiahla britská štúdia zahŕňajúca viac ako 165 000 pacientov s demenciou odhalila skryté riziko mozgovej príhody spojené s risperidónom, bežne používaným liekom na liečbu ťažkej agitácie. Výskumníci zistili, že toto antipsychotikum zvyšuje riziko mŕtvice u pacientov s demenciou vo všeobecnosti, vrátane tých bez predchádzajúceho srdcového ochorenia alebo mŕtvice. Tieto zistenia spochybňujú predchádzajúce presvedčenie, že niektorí pacienti sú bezpečnejšími kandidátmi na liečbu. Risperidón je jediným liekom svojho typu povoleným na liečbu demencie. Lekári ho často používajú ako poslednú možnosť, keď symptómy ako agitácia stanú nezvládnuteľnými.</w:t>
      </w:r>
    </w:p>
    <w:p/>
    <w:p>
      <w:pPr>
        <w:jc w:val="center"/>
      </w:pPr>
      <w:r>
        <w:t>Vygenerované: 09.03.2026 03:00:31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