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očkovanie proti COVID a preeklampsia; Menštruačná krv na testovanie HPV</w:t>
      </w:r>
    </w:p>
    <w:p>
      <w:r>
        <w:t>Zdroj: MedPage Today</w:t>
      </w:r>
    </w:p>
    <w:p>
      <w:r>
        <w:t>Publikované: Sat, 07 Mar 2026 14:00:00 -0500</w:t>
      </w:r>
    </w:p>
    <w:p/>
    <w:p>
      <w:pPr>
        <w:pStyle w:val="Heading1"/>
      </w:pPr>
      <w:r>
        <w:t>Súhrn</w:t>
      </w:r>
    </w:p>
    <w:p>
      <w:r>
        <w:t>Štúdia publikovaná v časopise eClinicalMedicine analyzovala údaje od 6 527 tehotných žien z 18 krajín v rokoch 2020 až 2022.[1] Infekcia COVID-19 počas tehotenstva bola spojená so 45 % zvýšením rizika preeklampsie, pričom u neočkovaných žien riziko stúplo až na 78 %.[1][2] Očkovanie proti COVID-19 s booster dávkou znížilo celkovú pravdepodobnosť preeklampsie o 33 %.[1][2] U žien s predchádzajúcimi ochoreniami ako diabetes, hypertenzia alebo poruchy štítnej žľazy booster dávka znížila riziko preeklampsie o 42 %.[2] Očkované ženy mali nižšie riziko predčasného pôrodu o 33 %, materskej morbidity a mortality o 32 % a závažnej perinatálnej morbidity a mortality o 29 %.[2] Tieto zistenia naznačujú, že očkovanie môže ovplyvňovať imunitné a cievne mechanizmy spojené s preeklampsiou aj bez infekcie COVID-19.[1][2] Podcast TTHealthWatch z Texas Tech a Johns Hopkins Medicine sa venuje týmto témam spolu s testovaním HPV z menštruačnej krvi.</w:t>
      </w:r>
    </w:p>
    <w:p/>
    <w:p>
      <w:pPr>
        <w:jc w:val="center"/>
      </w:pPr>
      <w:r>
        <w:t>Vygenerované: 07.03.2026 21:00:32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