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Federálny poradný výbor pre autizmus zrušil prvé verejné zasadnutie od generálnej opravy</w:t>
      </w:r>
    </w:p>
    <w:p>
      <w:r>
        <w:t>Zdroj: STAT News</w:t>
      </w:r>
    </w:p>
    <w:p>
      <w:r>
        <w:t>Publikované: Sat, 07 Mar 2026 17:47:17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sa nenachádza v poskytnutých výsledkoch vyhľadávania. Vyhľadané výsledky obsahujú informácie o kronike mesta Trenčína z roku 2018, slovník skeptikov a články o žurnalistike, ale neobsahujú článok o Federálnom poradnom výbore pre autizmus a zrušení jeho verejného zasadnutia. Aby som mohol vytvoriť presný a faktický súhrn podľa vašich požiadaviek, potrebujem prístup k samotného článku s názvom "Federal autism advisory board cancels first public meeting since overhaul".</w:t>
      </w:r>
    </w:p>
    <w:p/>
    <w:p>
      <w:pPr>
        <w:jc w:val="center"/>
      </w:pPr>
      <w:r>
        <w:t>Vygenerované: 07.03.2026 19:00:33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