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Vedci objavili mozgový signál, ktorý môže spustiť domino efekt autizmu</w:t>
      </w:r>
    </w:p>
    <w:p>
      <w:r>
        <w:t>Zdroj: ScienceDaily Health</w:t>
      </w:r>
    </w:p>
    <w:p>
      <w:r>
        <w:t>Publikované: Sat, 07 Mar 2026 20:28:40 EST</w:t>
      </w:r>
    </w:p>
    <w:p/>
    <w:p>
      <w:pPr>
        <w:pStyle w:val="Heading1"/>
      </w:pPr>
      <w:r>
        <w:t>Súhrn</w:t>
      </w:r>
    </w:p>
    <w:p>
      <w:r>
        <w:t>Vedci objavili mozgový signál, ktorý môže spustiť domino efekt pri niektorých formách autizmu. Štúdia odhalila molekulárnu reťazovú reakciu v mozgu. Oxid dusnatý je malá signálna molekula, ktorá sa podieľa na dolaďovaní komunikácie medzi mozgovými bunkami. Keď stúpa aktivita oxidu dusnatého, mení ochranný proteín nazývaný TSC2. Tým sa oslabí dôležitá bunková brzda. To umožní dráhe mTOR, ktorá riadi rast a produkciu bielkovín, stať sa nadmerne aktívnou. Tieto zmeny vo vnútri neurónov môžu hrať úlohu pri vzniku autizmu.</w:t>
      </w:r>
    </w:p>
    <w:p/>
    <w:p>
      <w:pPr>
        <w:jc w:val="center"/>
      </w:pPr>
      <w:r>
        <w:t>Vygenerované: 08.03.2026 05:00:36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