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[Seminár] Fibrilácia predsiení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Fibrilácia predsiení postihuje približne 37,6 milióna ľudí na celom svete. Predpokladá sa, že jej prevalencia sa v priebehu nasledujúcich 35 rokov zdvojnásobí. Nositeľné zariadenia a technológie s diagnostickými algoritmami umožňujú väčšiu detekciu tohto ochorenia u širokej verejnosti. Fibrilácia predsiení zvyšuje riziko mŕtvice, tromboembólie, srdcového zlyhania a smrti. Je spojená so znížením kvality života. Pacienti s týmto ochorením majú často komorbidity. Akumulácia rizikových faktorov vrátane faktorov životného štýlu vedie k horším zdravotným výsledkom. S zvyšujúcim sa vekom sa liečba takýchto pacientov stáva zložitejšou.</w:t>
      </w:r>
    </w:p>
    <w:p/>
    <w:p>
      <w:pPr>
        <w:jc w:val="center"/>
      </w:pPr>
      <w:r>
        <w:t>Vygenerované: 06.03.2026 01:05:04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