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5-ročné výsledky hypofrakcionovanej lokoregionálnej rádioterapie pri včasnom karcinóme prsníka HypoG-01 (UNICANCER): francúzska multicentrická, randomizovaná, non-inferiorita, fáza 3, otvorená, kontrolovaná štúdia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Štúdia HypoG-01 (UNICANCER) je francúzska multicentrická, randomizovaná, fáza 3, otvorená štúdia non-inferiority s 5-ročnými výsledkami hypofrakcionovanej lokoregionálnej rádioterapie pri včasnom karcinóme prsníka.[1] Zahŕňala 1265 pacientiek s T1–3, N0–3, M0 karcinómom prsníka, ktoré potrebovali ožarovanie uzlín, randomizovaných 1:1 na dve skupiny.[1][2] Prvá skupina dostala 40 Gy v 15 frakciách počas 3 týždňov, druhá 50 Gy v 25 frakciách počas 5 týždňov, s možnosťou boostu v oboch.[1][2] Primárnym cieľovým parametrom bola 3-ročná kumulatívna incidencia lymfedému na ramene, ktorá bola približne 33 % v oboch skupinách.[1] Štúdia preukázala, že 3-týždňová rádioterapia nie je horšia ako 5-týždňová z hľadiska rizika lymfedému a je porovnateľne bezpečná ohľadom ďalších neskorých účinkov na tkanivo.[1] V pooperačnej populácii bolo 562 pacientiek v hypofrakcionovanej skupine a 551 v štandardnej.[1] Počiatočné nežiaduce udalosti boli mierne a nezvýšili bezpečnostné obavy pre 3-týždňovú rádioterapiu.[2]</w:t>
      </w:r>
    </w:p>
    <w:p/>
    <w:p>
      <w:pPr>
        <w:jc w:val="center"/>
      </w:pPr>
      <w:r>
        <w:t>Vygenerované: 06.03.2026 01:04:46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