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[Department of Error] Department of Error</w:t>
      </w:r>
    </w:p>
    <w:p>
      <w:r>
        <w:t>Zdroj: The Lancet</w:t>
      </w:r>
    </w:p>
    <w:p>
      <w:r>
        <w:t>Publikované: 2026-03-07</w:t>
      </w:r>
    </w:p>
    <w:p/>
    <w:p>
      <w:pPr>
        <w:pStyle w:val="Heading1"/>
      </w:pPr>
      <w:r>
        <w:t>Súhrn</w:t>
      </w:r>
    </w:p>
    <w:p>
      <w:r>
        <w:t>Toto je opravný dokument k článku v časopise The Lancet z roku 2025. Článok s názvom „Jasnosť v rodovo inkluzívnom jazyku v starostlivosti o reprodukčné zdravie“ napísali autori Pezaro S, Pendleton J a Samuels I. V pôvodnej verzii bola nesprávne uvedená príslušnosť autora Isaaca Samuelsa. Oprava aktualizuje jeho príslušnosť na bojovníka proti rasistickému vedeniu a reprodukčnému zdraviu a spravodlivosti v Co-Production Collective v Londýne, Spojené kráľovstvo. Táto zmena bola vykonaná v online verzii článku 5. marca 2026. Dokument neobsahuje ďalšie detaily o obsahu pôvodného článku ani žiadne štatistiky či zistenia štúdie.</w:t>
      </w:r>
    </w:p>
    <w:p/>
    <w:p>
      <w:pPr>
        <w:jc w:val="center"/>
      </w:pPr>
      <w:r>
        <w:t>Vygenerované: 06.03.2026 01:04:08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