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Ultraspracované potraviny vo výskume a politike – odpoveď autorov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Autori odpovede ďakujú komentujúcim autorom za ich komentáre a záujem o sériu článkov o ultraspracovaných potravinách (UPF) a ľudskom zdraví. Tento text je formou korespondencie v súvislosti s predchádzajúcou sériou publikovanou v renomovanom časopise. Neuvádza žiadne nové štatistiky, čísla ani hlavné zistenia štúdií. Zameriava sa výlučne na vyjadrenie vďačnosti za diskusiu o téme UPF vo výskume a politike.</w:t>
      </w:r>
    </w:p>
    <w:p/>
    <w:p>
      <w:pPr>
        <w:jc w:val="center"/>
      </w:pPr>
      <w:r>
        <w:t>Vygenerované: 06.03.2026 01:04:00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