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Prečo je investovanie do zdravia žien spoločenskou nevyhnutnosťou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Ženy strávia približne 9 rokov svojho života v zlom zdravotnom stave, čo predstavuje o 25 percent viac ako u mužov. Na rozdiel od mužov sa tieto roky so zhoršeným zdravím u žien nekoncentrujú na koniec života, ale rozprestierajú sa skôr od obdobia prvej menštruácie až po menopauzu. V poslednom desaťročí vedci objavili významné rozdiely medzi pohlaviami v tom, ako sa ochorenia prejavujú, ako postupujú a ako na ne reaguje liečba, čo sa týka aj stavov postihujúcich obe pohlavie, ako sú kardiovaskulárne ochorenia. Okrem chorôb spoločných obom pohlaviam existujú poruchy, ktoré sa vyskytujú výlučne u žien a dievčat. Tieto poruchy špecifické pre ženy sú síce nezhubné, ale predstavujú značnú záťaž a postihujú ženské reprodukčné orgány alebo hormonálne systémy, ktoré ich regulujú. Investovanie do zdravia žien je preto spoločenskou nevyhnutnosťou.</w:t>
      </w:r>
    </w:p>
    <w:p/>
    <w:p>
      <w:pPr>
        <w:jc w:val="center"/>
      </w:pPr>
      <w:r>
        <w:t>Vygenerované: 06.03.2026 01:01:20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