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[Editorial] Rodová rovnosť a rovnosť: nevyhnutné pre zdravie a spoločnosť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Termíny pohlavie, rovnosť a rovnosť boli v poslednom roku silne napadnuté a čoraz viac inštrumentalizované. Nariadenie Trumpovej administratívy z januára 2025 zakazuje používať pojem rod vo federálnych dokumentoch. Toto nariadenie zastavuje všetko financovanie programov, ktoré nepropagujú dvojhviezdu muž-žena. Tiež ukončuje všetky programy týkajúce sa diverzity, rovnosti a inklúzie. Tieto opatrenia budú mať škodlivé účinky na zdravie v USA aj v zahraničí.</w:t>
      </w:r>
    </w:p>
    <w:p/>
    <w:p>
      <w:pPr>
        <w:jc w:val="center"/>
      </w:pPr>
      <w:r>
        <w:t>Vygenerované: 06.03.2026 01:00:30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