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Myelom Combo s „bezprecedentným“ účinkom vyhráva schválenie FDA</w:t>
      </w:r>
    </w:p>
    <w:p>
      <w:r>
        <w:t>Zdroj: MedPage Today</w:t>
      </w:r>
    </w:p>
    <w:p>
      <w:r>
        <w:t>Publikované: Fri, 06 Mar 2026 13:43:08 -0500</w:t>
      </w:r>
    </w:p>
    <w:p/>
    <w:p>
      <w:pPr>
        <w:pStyle w:val="Heading1"/>
      </w:pPr>
      <w:r>
        <w:t>Súhrn</w:t>
      </w:r>
    </w:p>
    <w:p>
      <w:r>
        <w:t>Americká agentúra FDA schválila kombináciu liekov teclistamab (Tecvayli) a daratumumab hyaluronidáza (Darzalex Faspro) na liečbu dospelých pacientov s recidívujúcim alebo refraktérnym mnohopočetným myelómom, ktorí dostali aspoň jednu predchádzajúcu liečbu[1][3]. Schválenie bolo založené na výsledkoch klinickej štúdie MajesTEC-3 s 587 pacientami, ktorí mali jednu až tri predchádzajúce liečby[1]. Pacienti liečení kombináciou teclistamab a daratumumab dosiahli bezprecedentné výsledky – po takmer troch rokoch sledovania sa medián bezprogresívneho prežitia nedostal na konečnú hodnotu, zatiaľ čo pacienti na štandardnej liečbe mali medián 18,1 mesiacov[1]. Nežiaduce účinky boli minimálne – všetky prípady syndrómu uvoľňovania cytokínov boli stupňa 1 alebo 2 a všetky sa vyriešili[3]. Teclistamab je imunoterapeutickým liekom nazývaným bispecifická protilátka, ktorá bola pôvodne schválená v roku 2022ako samostatná terapia pre ťažko liečených pacientov[1]. Toto schválenie umožňuje používať teclistamab v skoršej fáze liečby v kombinácii s daratumumabom[1].</w:t>
      </w:r>
    </w:p>
    <w:p/>
    <w:p>
      <w:pPr>
        <w:jc w:val="center"/>
      </w:pPr>
      <w:r>
        <w:t>Vygenerované: 06.03.2026 21:01:15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