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Zábery Wegovy a Ozempic od Novo Nordisk by sa dali vyrobiť len za 3 doláre mesačne, zistila analýza</w:t>
      </w:r>
    </w:p>
    <w:p>
      <w:r>
        <w:t>Zdroj: STAT News</w:t>
      </w:r>
    </w:p>
    <w:p>
      <w:r>
        <w:t>Publikované: Fri, 06 Mar 2026 19:20:26 +0000</w:t>
      </w:r>
    </w:p>
    <w:p/>
    <w:p>
      <w:pPr>
        <w:pStyle w:val="Heading1"/>
      </w:pPr>
      <w:r>
        <w:t>Súhrn</w:t>
      </w:r>
    </w:p>
    <w:p>
      <w:r>
        <w:t>Generické verzie liekov Wegovy a Ozempic od spoločnosti Novo Nordisk by sa podľa novej analýzy dali hromadne vyrábať za približne 3 doláre na osobu mesačne. Analýza sa zameriava na náklady výroby týchto injekčných liekov. Tieto lieky sa v USA predávajú za oveľa vyššie ceny, napríklad Ozempic za 1000 dolárov mesačne a Wegovy za 1300 dolárov mesačne.[1] V iných krajinách sú ceny nižšie, ako Ozempic za 147 dolárov v Kanade alebo 93 dolárov vo Veľkej Británii.[1] Analýza zdôrazňuje rozdiel medzi výrobnými nákladmi a trhovými cenami. Tieto zistenia vychádzajú z odhadu masovej výroby generík.[1]</w:t>
      </w:r>
    </w:p>
    <w:p/>
    <w:p>
      <w:pPr>
        <w:jc w:val="center"/>
      </w:pPr>
      <w:r>
        <w:t>Vygenerované: 06.03.2026 21:01:02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