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Ex-Device Exec Covered Up Deaths; Cestovné poradenstvo CDC pre detskú obrnu; Poškodenie nervov F1</w:t>
      </w:r>
    </w:p>
    <w:p>
      <w:r>
        <w:t>Zdroj: MedPage Today</w:t>
      </w:r>
    </w:p>
    <w:p>
      <w:r>
        <w:t>Publikované: Fri, 06 Mar 2026 09:28:13 -0500</w:t>
      </w:r>
    </w:p>
    <w:p/>
    <w:p>
      <w:pPr>
        <w:pStyle w:val="Heading1"/>
      </w:pPr>
      <w:r>
        <w:t>Súhrn</w:t>
      </w:r>
    </w:p>
    <w:p>
      <w:r>
        <w:t>Bývalý výkonný riaditeľ spoločnosti ExThera Medical priznal, že zatajil úmrtia dvoch pacientov s rakovinou, ktorí boli liečení zariadením na filtrovanie krvi pred FDA a oddelením. Zariadenie Seraph 100 Microbind Affinity Blood Filter je podľa FDA adulterované podľa sekcie 501(f)(1)(B) zákona. Firma používala toto zariadenie v štúdii Oscar Study na odstránenie cirkulujúcich nádorových buniek u pacientov s metastatickým pankreatickým duktálnym adenokarcinómom pod IDE G230144. V decembri 2024 Dr. Chawla v podcaste uviedol, že zariadenie bolo použité u pacientov s long COVID pod compassionate use, kde sa zlepšila mozgová hmla a únava. Tiež tvrdil, že zariadenie bolo použité u viac ako 2500 pacientov, je bezpečné ako dialýza a vhodné pre ambulantných pacientov s rakovinou, long COVID či chronickou viremiou. FDA upozornila ExTheru, aby zabezpečila, že distribútori mimo USA neuvádzajú falošné tvrdenia o schválení zariadenia.[1]</w:t>
      </w:r>
    </w:p>
    <w:p/>
    <w:p>
      <w:pPr>
        <w:jc w:val="center"/>
      </w:pPr>
      <w:r>
        <w:t>Vygenerované: 06.03.2026 17:01:14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