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Dodávanie nového lipozomálneho liečiva zvyšuje biologickú dostupnosť</w:t>
      </w:r>
    </w:p>
    <w:p>
      <w:r>
        <w:t>Zdroj: Email Newsletter</w:t>
      </w:r>
    </w:p>
    <w:p>
      <w:r>
        <w:t>Publikované: Fri, 06 Mar 2026 13:00:06 +0000 (UTC)</w:t>
      </w:r>
    </w:p>
    <w:p/>
    <w:p>
      <w:pPr>
        <w:pStyle w:val="Heading1"/>
      </w:pPr>
      <w:r>
        <w:t>Súhrn</w:t>
      </w:r>
    </w:p>
    <w:p>
      <w:r>
        <w:t>Článok v Anesthesiology News informuje o novom spôsobe podávania liečiv pomocou lipozómov. Táto metóda má za cieľ zlepšiť biologickú dostupnosť liekov. Článok tiež spomína monitorovanie EEG počas pediatrickej anestézie a jeho prínosy. Publikácia je súčasťou McMahon Publishing. Anesthesiology News je mesačník určený pre anestéziológov v Spojených štátoch. Článok upozorňuje na možnosť prečítať si celé tlačené vydanie a ponúka možnosť predplatného. Copyright patrí spoločnosti McMahon Publishing.</w:t>
      </w:r>
    </w:p>
    <w:p/>
    <w:p>
      <w:pPr>
        <w:jc w:val="center"/>
      </w:pPr>
      <w:r>
        <w:t>Vygenerované: 06.03.2026 15:00:53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