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Presné zacielenie osi čreva a obličiek: slizničná imunomodulácia pri IgA nefropatii – perspektíva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IgA nefropatia (IgAN) je primárne glomerulárne ochorenie obličiek spojené so slizničnou imunitnou dysreguláciou, ktorá zahŕňa vzťah medzi črevnou imunitnou rovnováhou a poškodením obličiek. Os čreva a obličiek predstavuje kľúčový koncept patogenézy IgAN, ktorý spája imunitu črevnej sliznice s obličkovou patológiou. Zahŕňa procesy ako produkcia galaktózovo-deficientného IgA1, porucha črevnej bariéry a nerovnováha črevnej mikroflóry. Článok navrhuje presné zacielenie tejto osi ako novú terapeutickú stratégiu pre imunomoduláciu slizníc pri IgAN. Zahŕňa integrované prístupy od modulácie mikrobiómu a bariéry až po špecifické imunitné zásahy. Tieto viaccieľové a medziorgánové metódy ponúkajú alternatívu k bežným terapiám a poskytujú plán pre vývoj cielenej liečby.</w:t>
      </w:r>
    </w:p>
    <w:p/>
    <w:p>
      <w:pPr>
        <w:jc w:val="center"/>
      </w:pPr>
      <w:r>
        <w:t>Vygenerované: 06.03.2026 15:00:33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