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zistila, že zlúčeniny kanabisu CBD a CBG môžu pomôcť zvrátiť stukovatenie pečene</w:t>
      </w:r>
    </w:p>
    <w:p>
      <w:r>
        <w:t>Zdroj: ScienceDaily Health</w:t>
      </w:r>
    </w:p>
    <w:p>
      <w:r>
        <w:t>Publikované: Fri, 06 Mar 2026 15:17:26 EST</w:t>
      </w:r>
    </w:p>
    <w:p/>
    <w:p>
      <w:pPr>
        <w:pStyle w:val="Heading1"/>
      </w:pPr>
      <w:r>
        <w:t>Súhrn</w:t>
      </w:r>
    </w:p>
    <w:p>
      <w:r>
        <w:t>CBD a CBG sú dve neomamné zlúčeniny kanabisu, ktoré podľa štúdie môžu pomôcť zvrátiť stukovatenie pečene.[1] Obe zlúčeniny zlepšili kontrolu hladiny cukru v krvi a znížili škodlivé lipidy spojené so stukovatením pečene.[1] CBD funguje znížením produkcie prozápalových cytokínov a aktiváciou protizápalových receptorov, čím chráni pečeňové bunky.[1] Štúdia z roku 2023 preukázala, že CBD znižuje aktiváciu hepatálnych stelátnych buniek (buniek tvoriace jazvy v pečeni) o 65 % a v niektorých prípadoch dokonca čiastočne zvracia jazvenie.[1] CBD tiež znižuje oxidačný stres a stimuluje odstraňovanie poškodených pečeňových buniek.[2] Vedci tvrdia, že tieto zistenia poukazujú na sľubný nový rastlinný prístup k liečbe metabolických porúch pečene.[1] Napriek týmto pozitívnym výsledkom zostávajú úprava stravy, obmedzenie konzumácie alkoholu a zlepšenie životného štýlu najdôležitejšími faktormi pri zvládaní tukovej pečene.[3]</w:t>
      </w:r>
    </w:p>
    <w:p/>
    <w:p>
      <w:pPr>
        <w:jc w:val="center"/>
      </w:pPr>
      <w:r>
        <w:t>Vygenerované: 07.03.2026 13:01:18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