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Charles Polkey: neurochirurg a priekopník chirurgickej liečby epilepsie</w:t>
      </w:r>
    </w:p>
    <w:p>
      <w:r>
        <w:t>Zdroj: BMJ</w:t>
      </w:r>
    </w:p>
    <w:p>
      <w:r>
        <w:t>Publikované: 2026-03-06T02:16:27-08:00</w:t>
      </w:r>
    </w:p>
    <w:p/>
    <w:p>
      <w:pPr>
        <w:pStyle w:val="Heading1"/>
      </w:pPr>
      <w:r>
        <w:t>Súhrn</w:t>
      </w:r>
    </w:p>
    <w:p>
      <w:r>
        <w:t>Charles Polkey bol neurochirurg, ktorý sa stal priekopníkom chirurgickej liečby epilepsie[1]. Nastúpil na pozíciu v nemocnici Maudsley v Londýne v roku 1950, kde sa stal nástupcom Murraya Falconera a pokračoval v jeho práci na vývoji temporálnej lobektómie na liečbu neliečiteľnej epilepsie[1]. Polkey a profesor Meyer vyvinuli techniku na úplnú resekcию temporálneho pólu vrátane hlbších štruktúr mozgu[1]. Jeho skupina rozpoznala meziálnu temporálnu sklerózu ako častú patologickú príčinu epilepsie a v spolupráci s detským psychiatrom Davidom Taylorom opísala ložiskovú kortikálnu dyspláziu u detí s temporálnou lobektómiou[1]. Bol tiež zainteresovaný na funkčnej neurochirurgii a patril medzi prvých, ktorí vykonávali hlbokú mozgovú stimuláciu[6]. Kolegovia ho charakterizovali ako pokorného a tichého, s vysokou sebadôverou, pričom jeho práca bola medzinárodne uznávaná[1]. Polkey sa zasvätil svojej práci v nemocnici a jeho príspevok bol taký významný, že po ňom pomenovali oddelenie v King's College Hospital[6].</w:t>
      </w:r>
    </w:p>
    <w:p/>
    <w:p>
      <w:pPr>
        <w:jc w:val="center"/>
      </w:pPr>
      <w:r>
        <w:t>Vygenerované: 06.03.2026 13:00:44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