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How Stand Up For Science sa snaží ‚zatiahnuť za každú páku‘, aby získala verejnosť</w:t>
      </w:r>
    </w:p>
    <w:p>
      <w:r>
        <w:t>Zdroj: STAT News</w:t>
      </w:r>
    </w:p>
    <w:p>
      <w:r>
        <w:t>Publikované: Fri, 06 Mar 2026 09:30:00 +0000</w:t>
      </w:r>
    </w:p>
    <w:p/>
    <w:p>
      <w:pPr>
        <w:pStyle w:val="Heading1"/>
      </w:pPr>
      <w:r>
        <w:t>Súhrn</w:t>
      </w:r>
    </w:p>
    <w:p>
      <w:r>
        <w:t>Stand Up for Science je nezisková organizácia typu 501(c)(4), založená vo februári 2025 Colette Delawalla v reakcii na politické zmeny v druhej vláde Donalda Trumpa, ktoré ohrozujú vedecký výskum.[1][3] Organizácia sa snaží zastaviť cenzúru a politické zásahy do vedy, zabezpečiť a rozšíriť financovanie výskumu a obhajovať rovné príležitosti pre všetkých v vede.[1][3] Medzi jej ciele patrí aj obnova iniciatív pre diverzitu, inklúziu a dostupnosť vo vede.[1] Dňa 7. marca 2025 uskutočnila Národný deň akcie s viacerými mítingmi vrátane hlavného v Washington, D.C., na Lincoln Memorial, kde vystúpili osobnosti ako Francis Collins, Bill Nye či Bill Nelson; celkovo sa konalo vyše 170 podujatí po svete s účasťou viac ako 50 000 ľudí.[1][2][3] Vydala Bethesda Declaration, EPA Letter of Dissent z 30. júna 2025 kritizujúci administratívu EPA, a NASA Voyager Declaration.[1] V roku 2026 plánuje mítingy na 33 miestach v USA na obhajobu vedeckej integrity a verejného zdravia.[2] Organizácia má tisíce dobrovoľníkov v takmer každom kongresovom okrese a spolupracuje s vedcami z agentúr ako NIH, EPA či NASA.[2][3]</w:t>
      </w:r>
    </w:p>
    <w:p/>
    <w:p>
      <w:pPr>
        <w:jc w:val="center"/>
      </w:pPr>
      <w:r>
        <w:t>Vygenerované: 06.03.2026 11:00:40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