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Acelulárna dermálna matrica samotná alebo v kombinácii so subakromiálnou burzou a koncentrátom humerálnej kostnej drene na augmentáciu masívnej opravy trhlín rotátorovej manžety: dvojito zaslepený protokol randomizovanej kontrolovanej štúdie (MODA)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Štúdia MODA skúma nové spôsoby liečby masívnych trhlín rotátorovej manžety, ktoré sú vážnym zranením s vysokým rizikom opätovného roztrhnutia.[1] Do štúdie bolo zaradených 72 pacientov vo veku 18 až 65 rokov, ktorí boli náhodne rozdelení do dvoch skupín.[1] Prvá skupina dostala samotne acelulárnu dermálnu matricu (tkanivo bez buniek), zatiaľ čo druhá skupina dostala túto matricu obohatenú o kostný dren z ramena a tkanivo zo subakromiálnej burzy (vrecka pod ramenným kĺbom).[1] Primárnym cieľom štúdie je zistiť, koľko pacientov bude mať opätovné roztrhnutie do jedného roka, čo sa zistí pomocou MRI vyšetrenia.[1] Vedľajšie ciele zahŕňajú hodnotenie bolesti, funkčnosti a kvality života pacientov v priebehu 12 mesiacov.[1] Výskumníci očakávajú, že kombinácia mechanickej augmentácie s biologickými látkami zlepší hojenie šľachy a zníži počet opätovných roztrhnutí.[1] Výhodou použitej acelulárnej dermálnej matrice je, že pochádza z ľudského tkaniva a má nižšie náklady na výrobu v porovnaní s komerčne dostupnými produktmi.[1]</w:t>
      </w:r>
    </w:p>
    <w:p/>
    <w:p>
      <w:pPr>
        <w:jc w:val="center"/>
      </w:pPr>
      <w:r>
        <w:t>Vygenerované: 06.03.2026 08:01:37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