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Integrácia signálov farmakovigilancie s validáciou v reálnom svete: štúdia o neurologických udalostiach spojených s inhibítormi PCSK9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analyzovala spojenie inhibítorov PCSK9 s neurologickými nežiaducimi účinkami pomocou databázy FAERS a údajov z reálneho sveta od 1203 čínskych pacientov s koronárnou chorobou srdca. V FAERS od 3. štvrťroka 2015 do 2. štvrťroka 2025 bolo identifikovaných 173 622 hlásení zahŕňajúcich aspoň jeden inhibítor PCSK9. Štatisticky významné signály zahŕňali poškodenie pamäti (n=1346, ROR=1,48, 95% CI 1,4–1,56), nepohodlie hlavy (n=190, ROR=1,46, 95% CI 1,26–1,68), sínusovú bolesť hlavy (n=65, ROR=2,38, 95% CI 1,86–3,04) a oklúziu krčnej tepny (ROR=2,36–4,02, 95% CI). Analýza disproporcionality použila metódy ROR, IC, BayR a BCPNN s Bonferroni korekciou. Údaje z reálneho sledovania ukázali, že pacienti s inhibítormi PCSK9 mali výrazne vyšší výskyt porúch pamäti (p&lt;0,0001) a nepohodlia hlavy (p=0,0027) oproti pacientom bez nich. Zistenia môžu pomôcť pri tvorbe individualizovaných liečebných plánov.</w:t>
      </w:r>
    </w:p>
    <w:p/>
    <w:p>
      <w:pPr>
        <w:jc w:val="center"/>
      </w:pPr>
      <w:r>
        <w:t>Vygenerované: 06.03.2026 07:45:40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