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Vplyv vzdelávacieho programu rozšíreného o virtuálnu realitu na umiestnenie matiek u študentov pôrodnej asistencie: prieskumná multicentrická pre-post štúdia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Štúdia skúmala vplyv vzdelávacieho programu PROGRESSION s virtuálnou realitou (VR) na znalosti študentov pôrodnej asistencie o umiestnení matky a biomechanike panvy. Zapojilo sa 57 študentov z troch inštitúcií v Českej republike, Nemecku a Portugalsku v období marec až júl 2025. Intervencia zahŕňala teoretický online modul, oboznamovacie stretnutie, samoriadenú VR prax a klinické scenáre VR. Celkové skóre znalostí sa po intervencii zlepšilo, ale zmena nebola štatisticky významná (p = 0,46); významný nárast preukázala iba česká skupina (p = 0,02). Použiteľnosť bola hodnotená ako nadpriemerná so skóre SUS 68 ± 13 a VRSUQ 64 ± 13, bez rozdielov medzi krajinami. Študenti uviedli vysokú angažovanosť, lepšie pochopenie polohovania matky a silnú vzdelávaciu hodnotu. Kvalitatívna analýza identifikovala témy funkčnosti, vizuálnej čistoty a realizmu VR a jeho vzdelávacej hodnoty.</w:t>
      </w:r>
    </w:p>
    <w:p/>
    <w:p>
      <w:pPr>
        <w:jc w:val="center"/>
      </w:pPr>
      <w:r>
        <w:t>Vygenerované: 06.03.2026 07:01:33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