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Niekoľkonásobná korekcia anotácie pre ľahkú segmentáciu obrazu ciev sietnice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Segmentácia ciev sietnice je základom kvantitatívnej analýzy v oftalmológii a slúži na skríning a diagnostiku. Manuálne anotácie pre tenké a kľukaté cievy sú náchylné na chyby, pričom vplyv šumu polohového štítku na kvalitu segmentácie je nedostatočne preskúmaný. Štúdia navrhuje ľahký rámec na báze U-Net s niekoľkými zábermi na korekciu anotácií a robustné učenie sa šumom. Analýzy na datasete DRIVE ukazujú degradáciu výkonu so zvyšujúcim sa posunom štítkov. Validácia medzi súbormi údajov dosahuje na CHASEDB1 presnosť 96,51 %, AUC 98,01 a F1 83,55. Na STARE metóda vykazuje presnosť 97,54 %, AUC 98,45 a F1 83,11, čo je konkurenčné oproti najmodernejším metódam. Výsledky kvantifikujú citlivosť segmentácie na chyby polohovej anotácie a demonštrujú robustnosť pri hlučných štítkoch.</w:t>
      </w:r>
    </w:p>
    <w:p/>
    <w:p>
      <w:pPr>
        <w:jc w:val="center"/>
      </w:pPr>
      <w:r>
        <w:t>Vygenerované: 06.03.2026 07:01:15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